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ЖУРНАЛ УЧЁТА ТЕМПЕРАТУРЫ И ВЛАЖНОСТИ</w:t>
      </w:r>
    </w:p>
    <w:p>
      <w:pPr>
        <w:spacing w:after="12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[Название гостиницы]</w:t>
      </w:r>
    </w:p>
    <w:p>
      <w:pPr>
        <w:spacing w:after="12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Начат: «___» _____________ 20___ г.      Окончен: «___» _____________ 20___ г.</w:t>
      </w:r>
    </w:p>
    <w:p/>
    <w:p>
      <w:pPr>
        <w:spacing w:after="12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Ответственный за ведение журнала: _____________________ / [ФИО] /</w:t>
      </w:r>
    </w:p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0"/>
        <w:gridCol w:w="2020"/>
        <w:gridCol w:w="2020"/>
        <w:gridCol w:w="2020"/>
        <w:gridCol w:w="2020"/>
        <w:gridCol w:w="2020"/>
        <w:gridCol w:w="2020"/>
      </w:tblGrid>
      <w:t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Дата</w:t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Время</w:t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Помещение / оборудование</w:t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Температура, °C</w:t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Влажность, %</w:t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ФИО и подпись ответственного</w:t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Отметка о принятых мерах</w:t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  <w:tr>
        <w:trPr>
          <w:trHeight w:val="454"/>
        </w:trPr>
        <w:tc>
          <w:tcPr>
            <w:tcW w:type="dxa" w:w="10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90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38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36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12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60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  <w:tc>
          <w:tcPr>
            <w:tcW w:type="dxa" w:w="209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</w:r>
          </w:p>
        </w:tc>
      </w:tr>
    </w:tbl>
    <w:p/>
    <w:p>
      <w:pPr>
        <w:spacing w:before="480"/>
      </w:pPr>
      <w:r>
        <w:rPr>
          <w:rFonts w:ascii="Times New Roman" w:hAnsi="Times New Roman" w:eastAsia="Times New Roman" w:cs="Times New Roman"/>
          <w:b w:val="0"/>
          <w:i/>
          <w:sz w:val="20"/>
        </w:rPr>
        <w:t>Шаблон: Отельный Гид, skladolog-info.ru. Проверьте документ с юристом перед использованием.</w:t>
      </w:r>
    </w:p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