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РЕГИСТРАЦИОННАЯ КАРТА ГОСТЯ</w:t>
      </w:r>
    </w:p>
    <w:p>
      <w:pPr>
        <w:spacing w:after="12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[Название гостиницы]</w:t>
      </w:r>
    </w:p>
    <w:p/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28"/>
        <w:gridCol w:w="5128"/>
      </w:tblGrid>
      <w:tr>
        <w:trPr>
          <w:trHeight w:val="567"/>
        </w:trPr>
        <w:tc>
          <w:tcPr>
            <w:tcW w:type="dxa" w:w="48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Фамилия, имя, отчество</w:t>
            </w:r>
          </w:p>
        </w:tc>
        <w:tc>
          <w:tcPr>
            <w:tcW w:type="dxa" w:w="48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567"/>
        </w:trPr>
        <w:tc>
          <w:tcPr>
            <w:tcW w:type="dxa" w:w="48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Дата рождения</w:t>
            </w:r>
          </w:p>
        </w:tc>
        <w:tc>
          <w:tcPr>
            <w:tcW w:type="dxa" w:w="48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567"/>
        </w:trPr>
        <w:tc>
          <w:tcPr>
            <w:tcW w:type="dxa" w:w="48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Документ, удостоверяющий личность (вид, серия, номер, кем и когда выдан)</w:t>
            </w:r>
          </w:p>
        </w:tc>
        <w:tc>
          <w:tcPr>
            <w:tcW w:type="dxa" w:w="48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567"/>
        </w:trPr>
        <w:tc>
          <w:tcPr>
            <w:tcW w:type="dxa" w:w="48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Адрес регистрации / места жительства</w:t>
            </w:r>
          </w:p>
        </w:tc>
        <w:tc>
          <w:tcPr>
            <w:tcW w:type="dxa" w:w="48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567"/>
        </w:trPr>
        <w:tc>
          <w:tcPr>
            <w:tcW w:type="dxa" w:w="48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Контактный телефон</w:t>
            </w:r>
          </w:p>
        </w:tc>
        <w:tc>
          <w:tcPr>
            <w:tcW w:type="dxa" w:w="48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567"/>
        </w:trPr>
        <w:tc>
          <w:tcPr>
            <w:tcW w:type="dxa" w:w="48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Адрес электронной почты</w:t>
            </w:r>
          </w:p>
        </w:tc>
        <w:tc>
          <w:tcPr>
            <w:tcW w:type="dxa" w:w="48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567"/>
        </w:trPr>
        <w:tc>
          <w:tcPr>
            <w:tcW w:type="dxa" w:w="48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Дата и время заезда</w:t>
            </w:r>
          </w:p>
        </w:tc>
        <w:tc>
          <w:tcPr>
            <w:tcW w:type="dxa" w:w="48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567"/>
        </w:trPr>
        <w:tc>
          <w:tcPr>
            <w:tcW w:type="dxa" w:w="48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Дата и время выезда</w:t>
            </w:r>
          </w:p>
        </w:tc>
        <w:tc>
          <w:tcPr>
            <w:tcW w:type="dxa" w:w="48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567"/>
        </w:trPr>
        <w:tc>
          <w:tcPr>
            <w:tcW w:type="dxa" w:w="48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Номер комнаты / категория номера</w:t>
            </w:r>
          </w:p>
        </w:tc>
        <w:tc>
          <w:tcPr>
            <w:tcW w:type="dxa" w:w="48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567"/>
        </w:trPr>
        <w:tc>
          <w:tcPr>
            <w:tcW w:type="dxa" w:w="48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Количество гостей (включая сопровождающих)</w:t>
            </w:r>
          </w:p>
        </w:tc>
        <w:tc>
          <w:tcPr>
            <w:tcW w:type="dxa" w:w="48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567"/>
        </w:trPr>
        <w:tc>
          <w:tcPr>
            <w:tcW w:type="dxa" w:w="48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Способ оплаты (наличный расчёт / безналичный расчёт / иное)</w:t>
            </w:r>
          </w:p>
        </w:tc>
        <w:tc>
          <w:tcPr>
            <w:tcW w:type="dxa" w:w="48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</w:tbl>
    <w:p/>
    <w:p>
      <w:pPr>
        <w:spacing w:before="240" w:after="120"/>
      </w:pPr>
      <w:r>
        <w:rPr>
          <w:rFonts w:ascii="Times New Roman" w:hAnsi="Times New Roman" w:eastAsia="Times New Roman" w:cs="Times New Roman"/>
          <w:b/>
          <w:i w:val="0"/>
          <w:sz w:val="26"/>
        </w:rPr>
        <w:t>Согласия гостя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1. Я ознакомлен(а) и согласен(а) соблюдать Правила проживания, действующие в Гостинице, а также с действующими Правилами предоставления гостиничных услуг.        Подпись: _______________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2. Я даю согласие на обработку своих персональных данных Гостиницей в целях оказания гостиничных услуг и оформления регистрационных документов в соответствии с требованиями законодательства о персональных данных.        Подпись: _______________</w:t>
      </w:r>
    </w:p>
    <w:p/>
    <w:p>
      <w:pPr>
        <w:spacing w:after="120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Дата заполнения: «___» _____________ 20___ г.</w:t>
      </w:r>
    </w:p>
    <w:p>
      <w:pPr>
        <w:spacing w:after="120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Подпись гостя: _______________________ / [ФИО] /</w:t>
      </w:r>
    </w:p>
    <w:p>
      <w:pPr>
        <w:spacing w:after="120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Подпись администратора: _______________________ / [ФИО] /</w:t>
      </w:r>
    </w:p>
    <w:p/>
    <w:p>
      <w:pPr>
        <w:spacing w:before="480"/>
      </w:pPr>
      <w:r>
        <w:rPr>
          <w:rFonts w:ascii="Times New Roman" w:hAnsi="Times New Roman" w:eastAsia="Times New Roman" w:cs="Times New Roman"/>
          <w:b w:val="0"/>
          <w:i/>
          <w:sz w:val="20"/>
        </w:rPr>
        <w:t>Шаблон: Отельный Гид, skladolog-info.ru. Проверьте документ с юристом перед использованием.</w:t>
      </w:r>
    </w:p>
    <w:sectPr w:rsidR="00FC693F" w:rsidRPr="0006063C" w:rsidSect="00034616">
      <w:pgSz w:w="12240" w:h="15840"/>
      <w:pgMar w:top="1134" w:right="850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